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428"/>
        <w:tblW w:w="0" w:type="auto"/>
        <w:tblLayout w:type="fixed"/>
        <w:tblLook w:val="04A0" w:firstRow="1" w:lastRow="0" w:firstColumn="1" w:lastColumn="0" w:noHBand="0" w:noVBand="1"/>
      </w:tblPr>
      <w:tblGrid>
        <w:gridCol w:w="6237"/>
      </w:tblGrid>
      <w:tr w:rsidR="0007008D" w:rsidRPr="00E124F0" w:rsidTr="00E124F0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008D" w:rsidRPr="00E124F0" w:rsidRDefault="00000000" w:rsidP="00E124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t>แบบหนังสือขอเปลี่ยนตัวผู้เข้าแข่งขัน</w:t>
            </w: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2268"/>
        <w:gridCol w:w="3798"/>
      </w:tblGrid>
      <w:tr w:rsidR="0007008D" w:rsidRPr="00E124F0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7008D" w:rsidRPr="00E124F0" w:rsidRDefault="0000000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ที่ ศธ...................................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08D" w:rsidRPr="00E124F0" w:rsidRDefault="000000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inline distT="0" distB="0" distL="0" distR="0">
                  <wp:extent cx="648000" cy="64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000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7008D" w:rsidRPr="00E124F0" w:rsidRDefault="00000000" w:rsidP="00E124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 w:rsidR="00E124F0"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โรงเรียน.........................................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 w:rsidR="00E124F0"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ตำบลห้วยตึ๊กชู   อำเภอภูสิงห์</w:t>
            </w:r>
            <w:r w:rsidR="00E124F0"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 xml:space="preserve">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 w:rsidR="00E124F0"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จังหวัดศรีสะเกษ    </w:t>
            </w:r>
            <w:r w:rsidR="004555D1"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>33140</w:t>
            </w:r>
          </w:p>
        </w:tc>
      </w:tr>
    </w:tbl>
    <w:p w:rsidR="007C1A10" w:rsidRDefault="00E124F0" w:rsidP="00E124F0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</w:p>
    <w:p w:rsidR="0007008D" w:rsidRDefault="007C1A10" w:rsidP="00E124F0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วันที่.........เดือน </w:t>
      </w:r>
      <w:r w:rsidR="00E124F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ตุลาคม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พ.ศ. </w:t>
      </w:r>
      <w:r w:rsidR="00E124F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2569</w:t>
      </w:r>
    </w:p>
    <w:p w:rsidR="007C1A10" w:rsidRPr="007C1A10" w:rsidRDefault="007C1A10" w:rsidP="00E124F0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16"/>
          <w:szCs w:val="16"/>
        </w:rPr>
      </w:pPr>
    </w:p>
    <w:p w:rsidR="00E124F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เรื่อง   การขอเปลี่ยนตัวผู้เข้าแข่งขัน งานศิลปหัตถกรรมนักเรียน </w:t>
      </w:r>
      <w:r w:rsidR="00E124F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</w:t>
      </w:r>
      <w:r w:rsidR="00E124F0"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</w:p>
    <w:p w:rsidR="00E124F0" w:rsidRPr="00E124F0" w:rsidRDefault="00E124F0">
      <w:pPr>
        <w:spacing w:after="0" w:line="240" w:lineRule="auto"/>
        <w:rPr>
          <w:rFonts w:ascii="TH SarabunPSK" w:hAnsi="TH SarabunPSK" w:cs="TH SarabunPSK"/>
          <w:sz w:val="16"/>
          <w:szCs w:val="16"/>
          <w:lang w:val="th-TH" w:eastAsia="th-TH" w:bidi="th-TH"/>
        </w:rPr>
      </w:pPr>
    </w:p>
    <w:p w:rsidR="0007008D" w:rsidRPr="00E124F0" w:rsidRDefault="00E124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เรียน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ประธานศูนย์การแข่งขันกิจกรรม............................................................................................</w:t>
      </w:r>
    </w:p>
    <w:p w:rsidR="0007008D" w:rsidRPr="00E124F0" w:rsidRDefault="00000000" w:rsidP="007C1A1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  <w:cs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ตามที่โรงเรียน.......................................................................สังกัด </w:t>
      </w:r>
      <w:r w:rsidR="007C1A1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สำนักงานเขตพื้นที่การศึกษาประถมศึกษาศรีสะเกษ เขต 3</w:t>
      </w:r>
      <w:r w:rsidR="007C1A10">
        <w:rPr>
          <w:rFonts w:ascii="TH SarabunPSK" w:hAnsi="TH SarabunPSK" w:cs="TH SarabunPSK"/>
          <w:sz w:val="32"/>
          <w:szCs w:val="32"/>
          <w:lang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ได้ลงทะเบียนนักเรียนและครูผู้ฝึกสอนใน</w:t>
      </w:r>
      <w:r w:rsidR="007C1A1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(ระบุกลุ่มสาระ).................................................................................</w:t>
      </w:r>
      <w:r w:rsidR="007C1A1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...</w:t>
      </w:r>
    </w:p>
    <w:p w:rsidR="0007008D" w:rsidRPr="00E124F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รหัสกิจกรรม (ID)………………..........……….ชื่อกิจกรรม................................................................................................................</w:t>
      </w:r>
    </w:p>
    <w:p w:rsidR="0007008D" w:rsidRPr="00E124F0" w:rsidRDefault="000000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ในการแข่งขันทักษะทางวิชาการ </w:t>
      </w:r>
      <w:r w:rsidR="00E124F0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งาน</w:t>
      </w:r>
      <w:proofErr w:type="spellStart"/>
      <w:r w:rsidR="00E124F0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="00E124F0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 w:rsidR="00E124F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="00E124F0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 </w:t>
      </w:r>
      <w:r w:rsidR="00E124F0"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  <w:r w:rsidR="00E124F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นั้น โรงเรียน............................................................ มีความประสงค์ขอเปลี่ยนตัวผู้เข้าแข่งขัน ดังนี้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515"/>
        <w:gridCol w:w="3402"/>
        <w:gridCol w:w="2268"/>
      </w:tblGrid>
      <w:tr w:rsidR="0007008D" w:rsidRPr="00E124F0">
        <w:trPr>
          <w:trHeight w:val="32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00000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ที่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00000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ชื่อ – สกุลผู้เข้าแข่งขันคนเดิม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00000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ชื่อ – สกุลผู้เข้าแข่งขันคนใหม่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00000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สาเหตุการเปลี่ยน</w:t>
            </w:r>
          </w:p>
        </w:tc>
      </w:tr>
      <w:tr w:rsidR="0007008D" w:rsidRPr="00E124F0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E124F0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E124F0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E124F0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E124F0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E124F0" w:rsidRDefault="0007008D" w:rsidP="00E124F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7008D" w:rsidRPr="00E124F0" w:rsidRDefault="0000000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ทั้งนี้ให้แนบสำเนาบัตรประจำตัวประชาชนหรือบัตรนักเรียนของผู้เข้าแข่งขันคนเดิมและคนใหม่ แนบท้ายหนังสือฉบับนี้ จึงเรียนมาเพื่อโปรดทราบและพิจารณา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4536"/>
      </w:tblGrid>
      <w:tr w:rsidR="0007008D" w:rsidRPr="00E124F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7008D" w:rsidRPr="00E124F0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ขอแสดงความนับถือ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(...........................................................)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................................................................</w:t>
            </w:r>
          </w:p>
        </w:tc>
      </w:tr>
    </w:tbl>
    <w:p w:rsidR="0007008D" w:rsidRPr="00E124F0" w:rsidRDefault="0007008D">
      <w:pPr>
        <w:rPr>
          <w:rFonts w:ascii="TH SarabunPSK" w:hAnsi="TH SarabunPSK" w:cs="TH SarabunPSK"/>
          <w:sz w:val="32"/>
          <w:szCs w:val="32"/>
        </w:rPr>
        <w:sectPr w:rsidR="0007008D" w:rsidRPr="00E124F0">
          <w:pgSz w:w="11906" w:h="16838"/>
          <w:pgMar w:top="198" w:right="850" w:bottom="198" w:left="850" w:header="720" w:footer="720" w:gutter="0"/>
          <w:cols w:space="720"/>
          <w:docGrid w:linePitch="360"/>
        </w:sectPr>
      </w:pPr>
    </w:p>
    <w:tbl>
      <w:tblPr>
        <w:tblpPr w:leftFromText="180" w:rightFromText="180" w:horzAnchor="margin" w:tblpXSpec="center" w:tblpY="389"/>
        <w:tblW w:w="0" w:type="auto"/>
        <w:tblLayout w:type="fixed"/>
        <w:tblLook w:val="04A0" w:firstRow="1" w:lastRow="0" w:firstColumn="1" w:lastColumn="0" w:noHBand="0" w:noVBand="1"/>
      </w:tblPr>
      <w:tblGrid>
        <w:gridCol w:w="6237"/>
      </w:tblGrid>
      <w:tr w:rsidR="0007008D" w:rsidRPr="00E124F0" w:rsidTr="00E124F0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008D" w:rsidRPr="00E124F0" w:rsidRDefault="00000000" w:rsidP="00E124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lastRenderedPageBreak/>
              <w:t>แบบหนังสือขอเปลี่ยนแปลงข้อมูล ชื่อ – สกุล ผู้เข้าแข่งขัน</w:t>
            </w: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2268"/>
        <w:gridCol w:w="3798"/>
      </w:tblGrid>
      <w:tr w:rsidR="00E124F0" w:rsidRPr="00E124F0" w:rsidTr="003263C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4F0" w:rsidRPr="00E124F0" w:rsidRDefault="00E124F0" w:rsidP="003263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24F0" w:rsidRPr="00E124F0" w:rsidRDefault="00E124F0" w:rsidP="003263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ที่ ศธ...................................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4F0" w:rsidRPr="00E124F0" w:rsidRDefault="00E124F0" w:rsidP="003263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inline distT="0" distB="0" distL="0" distR="0" wp14:anchorId="5B90A725" wp14:editId="5769239C">
                  <wp:extent cx="648000" cy="648000"/>
                  <wp:effectExtent l="0" t="0" r="0" b="0"/>
                  <wp:docPr id="1161131370" name="Picture 1161131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000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4F0" w:rsidRPr="00E124F0" w:rsidRDefault="00E124F0" w:rsidP="003263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24F0" w:rsidRPr="00E124F0" w:rsidRDefault="00E124F0" w:rsidP="003263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โรงเรียน.........................................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ตำบลห้วยตึ๊กชู   อำเภอภูสิงห์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 xml:space="preserve">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จังหวัดศรีสะเกษ    </w:t>
            </w:r>
            <w:r w:rsidR="004555D1"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>33140</w:t>
            </w:r>
          </w:p>
        </w:tc>
      </w:tr>
    </w:tbl>
    <w:p w:rsidR="007C1A10" w:rsidRDefault="00E124F0" w:rsidP="007C1A10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</w:p>
    <w:p w:rsidR="00E124F0" w:rsidRDefault="007C1A10" w:rsidP="007C1A10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  <w:r w:rsidR="00E124F0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วันที่.........เดือน </w:t>
      </w:r>
      <w:r w:rsidR="00E124F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ตุลาคม</w:t>
      </w:r>
      <w:r w:rsidR="00E124F0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พ.ศ. </w:t>
      </w:r>
      <w:r w:rsidR="00E124F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2569</w:t>
      </w:r>
    </w:p>
    <w:p w:rsidR="007C1A10" w:rsidRPr="007C1A10" w:rsidRDefault="007C1A10" w:rsidP="007C1A10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16"/>
          <w:szCs w:val="16"/>
          <w:lang w:eastAsia="th-TH" w:bidi="th-TH"/>
        </w:rPr>
      </w:pPr>
    </w:p>
    <w:p w:rsidR="00A33FF1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เรื่อง   การขอ</w:t>
      </w:r>
      <w:r w:rsidR="00A33FF1" w:rsidRPr="00A33FF1">
        <w:rPr>
          <w:rFonts w:ascii="TH SarabunPSK" w:hAnsi="TH SarabunPSK" w:cs="TH SarabunPSK" w:hint="cs"/>
          <w:bCs/>
          <w:sz w:val="32"/>
          <w:szCs w:val="32"/>
          <w:lang w:val="th-TH" w:eastAsia="th-TH" w:bidi="th-TH"/>
        </w:rPr>
        <w:t>เปลี่ยนแปลงข้อมูล ชื่อ – สกุล ผู้เข้าแข่งขัน</w:t>
      </w:r>
      <w:r w:rsidR="00A33FF1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งาน</w:t>
      </w:r>
      <w:proofErr w:type="spellStart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</w:t>
      </w:r>
      <w:r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</w:t>
      </w:r>
    </w:p>
    <w:p w:rsidR="007C1A10" w:rsidRDefault="00A33FF1" w:rsidP="007C1A10">
      <w:pPr>
        <w:spacing w:after="0" w:line="240" w:lineRule="auto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         </w:t>
      </w:r>
      <w:r w:rsidR="007C1A10"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ห้วยตึ๊กชู</w:t>
      </w: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16"/>
          <w:szCs w:val="16"/>
          <w:lang w:val="th-TH" w:eastAsia="th-TH" w:bidi="th-TH"/>
        </w:rPr>
      </w:pP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เรียน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ประธานศูนย์การแข่งขันกิจกรรม............................................................................................</w:t>
      </w:r>
    </w:p>
    <w:p w:rsidR="007C1A10" w:rsidRPr="00E124F0" w:rsidRDefault="007C1A10" w:rsidP="007C1A1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  <w:cs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ตามที่โรงเรียน.......................................................................สังกัด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สำนักงานเขตพื้นที่การศึกษาประถมศึกษาศรีสะเกษ เขต 3</w:t>
      </w:r>
      <w:r>
        <w:rPr>
          <w:rFonts w:ascii="TH SarabunPSK" w:hAnsi="TH SarabunPSK" w:cs="TH SarabunPSK"/>
          <w:sz w:val="32"/>
          <w:szCs w:val="32"/>
          <w:cs/>
          <w:lang w:eastAsia="th-TH"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lang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ได้ลงทะเบียนนักเรียนและครูผู้ฝึกสอนใน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(ระบุกลุ่มสาระ).................................................................................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...</w:t>
      </w: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รหัสกิจกรรม (ID)………………..........……….ชื่อกิจกรรม................................................................................................................</w:t>
      </w:r>
    </w:p>
    <w:p w:rsidR="0007008D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ในการแข่งขันทักษะทางวิชาการ งาน</w:t>
      </w:r>
      <w:proofErr w:type="spellStart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 </w:t>
      </w:r>
      <w:r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นั้น โรงเรียน............................................................ มีความประสงค์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ขอ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เปลี่ยนแปลงข้อมูลชื่อ – สกุลผู้เข้าแข่งขัน ดังนี้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4592"/>
        <w:gridCol w:w="4592"/>
      </w:tblGrid>
      <w:tr w:rsidR="0007008D" w:rsidRPr="007C1A10" w:rsidTr="007C1A10">
        <w:trPr>
          <w:trHeight w:val="32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00000" w:rsidP="007C1A1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C1A10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t>ที่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00000" w:rsidP="007C1A1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C1A10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t>ชื่อ – สกุลเดิมที่ผิด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00000" w:rsidP="007C1A10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C1A10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t>ชื่อ – สกุลที่ถูกต้อง</w:t>
            </w:r>
          </w:p>
        </w:tc>
      </w:tr>
      <w:tr w:rsidR="0007008D" w:rsidRPr="007C1A10" w:rsidTr="007C1A10">
        <w:trPr>
          <w:trHeight w:val="26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7C1A10" w:rsidTr="007C1A10">
        <w:trPr>
          <w:trHeight w:val="26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7C1A10" w:rsidTr="007C1A10">
        <w:trPr>
          <w:trHeight w:val="26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7C1A10" w:rsidTr="007C1A10">
        <w:trPr>
          <w:trHeight w:val="26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7C1A10" w:rsidTr="007C1A10">
        <w:trPr>
          <w:trHeight w:val="26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7C1A10" w:rsidRDefault="0007008D" w:rsidP="007C1A10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7008D" w:rsidRPr="00E124F0" w:rsidRDefault="0000000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ทั้งนี้ให้แนบสำเนาบัตรประจำตัวประชาชนหรือบัตรนักเรียนแนบท้ายหนังสือฉบับนี้ จึงเรียนมาเพื่อโปรดทราบและพิจารณา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4536"/>
      </w:tblGrid>
      <w:tr w:rsidR="0007008D" w:rsidRPr="00E124F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7008D" w:rsidRPr="00E124F0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ขอแสดงความนับถือ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(...........................................................)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................................................................</w:t>
            </w:r>
          </w:p>
        </w:tc>
      </w:tr>
    </w:tbl>
    <w:p w:rsidR="0007008D" w:rsidRPr="00E124F0" w:rsidRDefault="0007008D">
      <w:pPr>
        <w:rPr>
          <w:rFonts w:ascii="TH SarabunPSK" w:hAnsi="TH SarabunPSK" w:cs="TH SarabunPSK"/>
          <w:sz w:val="32"/>
          <w:szCs w:val="32"/>
        </w:rPr>
        <w:sectPr w:rsidR="0007008D" w:rsidRPr="00E124F0">
          <w:pgSz w:w="11906" w:h="16838"/>
          <w:pgMar w:top="198" w:right="850" w:bottom="198" w:left="85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135"/>
        <w:tblW w:w="0" w:type="auto"/>
        <w:tblLayout w:type="fixed"/>
        <w:tblLook w:val="04A0" w:firstRow="1" w:lastRow="0" w:firstColumn="1" w:lastColumn="0" w:noHBand="0" w:noVBand="1"/>
      </w:tblPr>
      <w:tblGrid>
        <w:gridCol w:w="6237"/>
      </w:tblGrid>
      <w:tr w:rsidR="007C1A10" w:rsidRPr="00E124F0" w:rsidTr="007C1A10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1A10" w:rsidRPr="00E124F0" w:rsidRDefault="007C1A10" w:rsidP="007C1A1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lastRenderedPageBreak/>
              <w:t>แบบหนังสือขอเปลี่ยนตัวครูผู้ฝึกสอน</w:t>
            </w: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2268"/>
        <w:gridCol w:w="3798"/>
      </w:tblGrid>
      <w:tr w:rsidR="00E124F0" w:rsidRPr="00E124F0" w:rsidTr="003263C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4F0" w:rsidRPr="00E124F0" w:rsidRDefault="00E124F0" w:rsidP="003263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24F0" w:rsidRPr="00E124F0" w:rsidRDefault="00E124F0" w:rsidP="003263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ที่ ศธ...................................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4F0" w:rsidRPr="00E124F0" w:rsidRDefault="00E124F0" w:rsidP="003263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inline distT="0" distB="0" distL="0" distR="0" wp14:anchorId="5B90A725" wp14:editId="5769239C">
                  <wp:extent cx="648000" cy="648000"/>
                  <wp:effectExtent l="0" t="0" r="0" b="0"/>
                  <wp:docPr id="712173085" name="Picture 712173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000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4F0" w:rsidRPr="00E124F0" w:rsidRDefault="00E124F0" w:rsidP="003263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24F0" w:rsidRPr="00E124F0" w:rsidRDefault="00E124F0" w:rsidP="003263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โรงเรียน.........................................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ตำบลห้วยตึ๊กชู   อำเภอภูสิงห์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 xml:space="preserve">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จังหวัดศรีสะเกษ    </w:t>
            </w:r>
            <w:r w:rsidR="004555D1"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>33140</w:t>
            </w:r>
          </w:p>
        </w:tc>
      </w:tr>
    </w:tbl>
    <w:p w:rsidR="007C1A10" w:rsidRDefault="00E124F0" w:rsidP="00E124F0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</w:p>
    <w:p w:rsidR="00E124F0" w:rsidRPr="00E124F0" w:rsidRDefault="007C1A10" w:rsidP="00E124F0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  <w:r w:rsidR="00E124F0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วันที่.........เดือน </w:t>
      </w:r>
      <w:r w:rsidR="00E124F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ตุลาคม</w:t>
      </w:r>
      <w:r w:rsidR="00E124F0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พ.ศ. </w:t>
      </w:r>
      <w:r w:rsidR="00E124F0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2569</w:t>
      </w:r>
    </w:p>
    <w:p w:rsidR="0007008D" w:rsidRPr="00A94C09" w:rsidRDefault="0007008D" w:rsidP="007C1A10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  <w:lang w:bidi="th-TH"/>
        </w:rPr>
      </w:pPr>
    </w:p>
    <w:p w:rsidR="007C1A1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เรื่อง   การขอเปลี่ยนตัวผู้เข้าแข่งขัน งาน</w:t>
      </w:r>
      <w:proofErr w:type="spellStart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 </w:t>
      </w:r>
      <w:r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16"/>
          <w:szCs w:val="16"/>
          <w:lang w:val="th-TH" w:eastAsia="th-TH" w:bidi="th-TH"/>
        </w:rPr>
      </w:pP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เรียน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ประธานศูนย์การแข่งขันกิจกรรม............................................................................................</w:t>
      </w:r>
    </w:p>
    <w:p w:rsidR="007C1A10" w:rsidRPr="00E124F0" w:rsidRDefault="007C1A10" w:rsidP="007C1A1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  <w:cs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ตามที่โรงเรียน.......................................................................สังกัด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สำนักงานเขตพื้นที่การศึกษาประถมศึกษาศรีสะเกษ เขต 3</w:t>
      </w:r>
      <w:r>
        <w:rPr>
          <w:rFonts w:ascii="TH SarabunPSK" w:hAnsi="TH SarabunPSK" w:cs="TH SarabunPSK"/>
          <w:sz w:val="32"/>
          <w:szCs w:val="32"/>
          <w:cs/>
          <w:lang w:eastAsia="th-TH"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lang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ได้ลงทะเบียนนักเรียนและครูผู้ฝึกสอนใน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(ระบุกลุ่มสาระ).................................................................................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...</w:t>
      </w: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รหัสกิจกรรม (ID)………………..........……….ชื่อกิจกรรม................................................................................................................</w:t>
      </w:r>
    </w:p>
    <w:p w:rsidR="0007008D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ในการแข่งขันทักษะทางวิชาการ งาน</w:t>
      </w:r>
      <w:proofErr w:type="spellStart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 </w:t>
      </w:r>
      <w:r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นั้น โรงเรียน............................................................ มีความประสงค์ขอเปลี่ยนตัวครูผู้ฝึกสอน ดังนี้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005"/>
        <w:gridCol w:w="3005"/>
        <w:gridCol w:w="3175"/>
      </w:tblGrid>
      <w:tr w:rsidR="0007008D" w:rsidRPr="00A33FF1" w:rsidTr="00A33FF1">
        <w:trPr>
          <w:trHeight w:val="32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t>ที่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t>ชื่อ – สกุลผู้ฝึกสอนคนเดิม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t>ชื่อ – สกุล ผู้ฝึกสอนคนใหม่</w:t>
            </w:r>
          </w:p>
        </w:tc>
        <w:tc>
          <w:tcPr>
            <w:tcW w:w="3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t>ลงลายมือชื่อยินยอม</w:t>
            </w:r>
            <w:r w:rsidRPr="00A33FF1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br/>
              <w:t>(ผู้ฝึกสอนคนเดิม)</w:t>
            </w:r>
          </w:p>
        </w:tc>
      </w:tr>
      <w:tr w:rsidR="0007008D" w:rsidRPr="00A33FF1" w:rsidT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 w:rsidT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 w:rsidT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 w:rsidT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 w:rsidT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7008D" w:rsidRPr="00E124F0" w:rsidRDefault="0000000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กรณีผู้ฝึกสอนย้ายให้ผู้อำนวยการลงนามในช่องลงลายมือชื่อยินยอม และแนบสำเนาบัตรประจำตัวประชาชนหรือบัตรข้าราชการคนใหม่ จึงเรียนมาเพื่อโปรดทราบและพิจารณา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4536"/>
      </w:tblGrid>
      <w:tr w:rsidR="0007008D" w:rsidRPr="00E124F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7008D" w:rsidRPr="00E124F0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ขอแสดงความนับถือ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(...........................................................)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................................................................</w:t>
            </w:r>
          </w:p>
        </w:tc>
      </w:tr>
    </w:tbl>
    <w:p w:rsidR="0007008D" w:rsidRPr="00E124F0" w:rsidRDefault="0007008D">
      <w:pPr>
        <w:rPr>
          <w:rFonts w:ascii="TH SarabunPSK" w:hAnsi="TH SarabunPSK" w:cs="TH SarabunPSK"/>
          <w:sz w:val="32"/>
          <w:szCs w:val="32"/>
        </w:rPr>
        <w:sectPr w:rsidR="0007008D" w:rsidRPr="00E124F0">
          <w:pgSz w:w="11906" w:h="16838"/>
          <w:pgMar w:top="198" w:right="850" w:bottom="198" w:left="85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148"/>
        <w:tblW w:w="0" w:type="auto"/>
        <w:tblLayout w:type="fixed"/>
        <w:tblLook w:val="04A0" w:firstRow="1" w:lastRow="0" w:firstColumn="1" w:lastColumn="0" w:noHBand="0" w:noVBand="1"/>
      </w:tblPr>
      <w:tblGrid>
        <w:gridCol w:w="6237"/>
      </w:tblGrid>
      <w:tr w:rsidR="00A33FF1" w:rsidRPr="00E124F0" w:rsidTr="00A33FF1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3FF1" w:rsidRPr="00E124F0" w:rsidRDefault="00A33FF1" w:rsidP="00A33FF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lastRenderedPageBreak/>
              <w:t>แบบหนังสือขอเปลี่ยนแปลงข้อมูล ชื่อ – สกุล ผู้ฝึกสอน</w:t>
            </w: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2268"/>
        <w:gridCol w:w="3798"/>
      </w:tblGrid>
      <w:tr w:rsidR="00A33FF1" w:rsidRPr="00E124F0" w:rsidTr="003263C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FF1" w:rsidRPr="00E124F0" w:rsidRDefault="00A33FF1" w:rsidP="003263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3FF1" w:rsidRPr="00E124F0" w:rsidRDefault="00A33FF1" w:rsidP="003263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ที่ ศธ...................................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FF1" w:rsidRPr="00E124F0" w:rsidRDefault="00A33FF1" w:rsidP="003263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inline distT="0" distB="0" distL="0" distR="0" wp14:anchorId="41903619" wp14:editId="54783B31">
                  <wp:extent cx="648000" cy="648000"/>
                  <wp:effectExtent l="0" t="0" r="0" b="0"/>
                  <wp:docPr id="198756536" name="Picture 198756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000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FF1" w:rsidRPr="00E124F0" w:rsidRDefault="00A33FF1" w:rsidP="003263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3FF1" w:rsidRPr="00E124F0" w:rsidRDefault="00A33FF1" w:rsidP="003263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โรงเรียน.........................................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ตำบลห้วยตึ๊กชู   อำเภอภูสิงห์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 xml:space="preserve">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จังหวัดศรีสะเกษ    </w:t>
            </w:r>
            <w:r w:rsidR="004555D1"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>33140</w:t>
            </w:r>
          </w:p>
        </w:tc>
      </w:tr>
    </w:tbl>
    <w:p w:rsidR="00A33FF1" w:rsidRDefault="00A33FF1" w:rsidP="00A33FF1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</w:p>
    <w:p w:rsidR="00A33FF1" w:rsidRDefault="00A33FF1" w:rsidP="00A33FF1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วันที่.........เดือน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ตุลาคม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2569</w:t>
      </w:r>
    </w:p>
    <w:p w:rsidR="00A94C09" w:rsidRPr="00A94C09" w:rsidRDefault="00A94C09" w:rsidP="00A33FF1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16"/>
          <w:szCs w:val="16"/>
          <w:lang w:val="th-TH" w:eastAsia="th-TH" w:bidi="th-TH"/>
        </w:rPr>
      </w:pPr>
    </w:p>
    <w:p w:rsidR="00A94C09" w:rsidRDefault="00000000" w:rsidP="007C1A10">
      <w:pPr>
        <w:spacing w:after="0" w:line="240" w:lineRule="auto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เรื่อง   การขอเปลี่ยนแปลงข้อมูลชื่อ – สกุล ผู้เข้าแข่งขัน </w:t>
      </w:r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งาน</w:t>
      </w:r>
      <w:proofErr w:type="spellStart"/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 w:rsidR="00A94C09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</w:t>
      </w:r>
      <w:r w:rsidR="00A94C09"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</w:p>
    <w:p w:rsidR="00A94C09" w:rsidRPr="00A94C09" w:rsidRDefault="00A94C09" w:rsidP="007C1A10">
      <w:pPr>
        <w:spacing w:after="0" w:line="240" w:lineRule="auto"/>
        <w:rPr>
          <w:rFonts w:ascii="TH SarabunPSK" w:hAnsi="TH SarabunPSK" w:cs="TH SarabunPSK"/>
          <w:sz w:val="16"/>
          <w:szCs w:val="16"/>
          <w:lang w:val="th-TH" w:eastAsia="th-TH" w:bidi="th-TH"/>
        </w:rPr>
      </w:pP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เรียน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ประธานศูนย์การแข่งขันกิจกรรม............................................................................................</w:t>
      </w:r>
    </w:p>
    <w:p w:rsidR="007C1A10" w:rsidRPr="00E124F0" w:rsidRDefault="007C1A10" w:rsidP="007C1A1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  <w:cs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ตามที่โรงเรียน.......................................................................สังกัด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สำนักงานเขตพื้นที่การศึกษาประถมศึกษาศรีสะเกษ เขต 3</w:t>
      </w:r>
      <w:r>
        <w:rPr>
          <w:rFonts w:ascii="TH SarabunPSK" w:hAnsi="TH SarabunPSK" w:cs="TH SarabunPSK"/>
          <w:sz w:val="32"/>
          <w:szCs w:val="32"/>
          <w:cs/>
          <w:lang w:eastAsia="th-TH"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lang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ได้ลงทะเบียนนักเรียนและครูผู้ฝึกสอนใน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(ระบุกลุ่มสาระ).................................................................................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...</w:t>
      </w: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รหัสกิจกรรม (ID)………………..........……….ชื่อกิจกรรม................................................................................................................</w:t>
      </w:r>
    </w:p>
    <w:p w:rsidR="0007008D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ในการแข่งขันทักษะทางวิชาการ งาน</w:t>
      </w:r>
      <w:proofErr w:type="spellStart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 </w:t>
      </w:r>
      <w:r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นั้น โรงเรียน............................................................ มีความประสงค์ขอเปลี่ยนแปลงข้อมูลชื่อ – สกุลครูผู้ฝึกสอน ดังนี้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592"/>
        <w:gridCol w:w="4592"/>
      </w:tblGrid>
      <w:tr w:rsidR="0007008D" w:rsidRPr="00A33FF1">
        <w:trPr>
          <w:trHeight w:val="32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ที่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ชื่อ – สกุลเดิมที่ผิด</w:t>
            </w: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ชื่อ – สกุลที่ถูกต้อง</w:t>
            </w: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7008D" w:rsidRPr="00E124F0" w:rsidRDefault="0000000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ทั้งนี้ให้แนบสำเนาบัตรประจำตัวประชาชนหรือบัตรข้าราชการแนบท้ายหนังสือฉบับนี้ จึงเรียนมาเพื่อโปรดทราบและพิจารณา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4536"/>
      </w:tblGrid>
      <w:tr w:rsidR="0007008D" w:rsidRPr="00E124F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7008D" w:rsidRPr="00E124F0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ขอแสดงความนับถือ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(...........................................................)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................................................................</w:t>
            </w:r>
          </w:p>
        </w:tc>
      </w:tr>
      <w:tr w:rsidR="00A33FF1" w:rsidRPr="00E124F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33FF1" w:rsidRPr="00E124F0" w:rsidRDefault="00A33F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A33FF1" w:rsidRPr="00E124F0" w:rsidRDefault="00A33F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008D" w:rsidRPr="00E124F0" w:rsidRDefault="0007008D">
      <w:pPr>
        <w:rPr>
          <w:rFonts w:ascii="TH SarabunPSK" w:hAnsi="TH SarabunPSK" w:cs="TH SarabunPSK"/>
          <w:sz w:val="32"/>
          <w:szCs w:val="32"/>
        </w:rPr>
        <w:sectPr w:rsidR="0007008D" w:rsidRPr="00E124F0">
          <w:pgSz w:w="11906" w:h="16838"/>
          <w:pgMar w:top="198" w:right="850" w:bottom="198" w:left="85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395"/>
        <w:tblW w:w="0" w:type="auto"/>
        <w:tblLayout w:type="fixed"/>
        <w:tblLook w:val="04A0" w:firstRow="1" w:lastRow="0" w:firstColumn="1" w:lastColumn="0" w:noHBand="0" w:noVBand="1"/>
      </w:tblPr>
      <w:tblGrid>
        <w:gridCol w:w="6237"/>
      </w:tblGrid>
      <w:tr w:rsidR="00A33FF1" w:rsidRPr="00E124F0" w:rsidTr="00A33FF1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3FF1" w:rsidRPr="00E124F0" w:rsidRDefault="00A33FF1" w:rsidP="00A33FF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lastRenderedPageBreak/>
              <w:t>แบบหนังสือเพิ่มข้อมูลผู้ฝึกสอน</w:t>
            </w: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2268"/>
        <w:gridCol w:w="3798"/>
      </w:tblGrid>
      <w:tr w:rsidR="00A33FF1" w:rsidRPr="00E124F0" w:rsidTr="003263C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FF1" w:rsidRPr="00E124F0" w:rsidRDefault="00A33FF1" w:rsidP="003263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3FF1" w:rsidRPr="00E124F0" w:rsidRDefault="00A33FF1" w:rsidP="003263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ที่ ศธ...................................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FF1" w:rsidRPr="00E124F0" w:rsidRDefault="00A33FF1" w:rsidP="003263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inline distT="0" distB="0" distL="0" distR="0" wp14:anchorId="41903619" wp14:editId="54783B31">
                  <wp:extent cx="648000" cy="648000"/>
                  <wp:effectExtent l="0" t="0" r="0" b="0"/>
                  <wp:docPr id="1382821634" name="Picture 1382821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000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FF1" w:rsidRPr="00E124F0" w:rsidRDefault="00A33FF1" w:rsidP="003263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3FF1" w:rsidRPr="00E124F0" w:rsidRDefault="00A33FF1" w:rsidP="003263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โรงเรียน.........................................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ตำบลห้วยตึ๊กชู   อำเภอภูสิงห์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 xml:space="preserve">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จังหวัดศรีสะเกษ    </w:t>
            </w:r>
            <w:r w:rsidR="004555D1"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>33140</w:t>
            </w:r>
          </w:p>
        </w:tc>
      </w:tr>
    </w:tbl>
    <w:p w:rsidR="00A33FF1" w:rsidRDefault="00A33FF1" w:rsidP="00A33FF1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</w:p>
    <w:p w:rsidR="00A33FF1" w:rsidRDefault="00A33FF1" w:rsidP="00A33FF1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วันที่.........เดือน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ตุลาคม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2569</w:t>
      </w:r>
    </w:p>
    <w:p w:rsidR="00A94C09" w:rsidRPr="00A94C09" w:rsidRDefault="00A94C09" w:rsidP="00A33FF1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16"/>
          <w:szCs w:val="16"/>
          <w:lang w:val="th-TH" w:eastAsia="th-TH" w:bidi="th-TH"/>
        </w:rPr>
      </w:pPr>
    </w:p>
    <w:p w:rsidR="00A94C09" w:rsidRDefault="00000000" w:rsidP="007C1A10">
      <w:pPr>
        <w:spacing w:after="0" w:line="240" w:lineRule="auto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เรื่อง   การขอเพิ่มชื่อครูผู้ฝึกสอน </w:t>
      </w:r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งาน</w:t>
      </w:r>
      <w:proofErr w:type="spellStart"/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 w:rsidR="00A94C09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</w:t>
      </w:r>
      <w:r w:rsidR="00A94C09"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</w:p>
    <w:p w:rsidR="00A94C09" w:rsidRPr="00A94C09" w:rsidRDefault="00A94C09" w:rsidP="007C1A10">
      <w:pPr>
        <w:spacing w:after="0" w:line="240" w:lineRule="auto"/>
        <w:rPr>
          <w:rFonts w:ascii="TH SarabunPSK" w:hAnsi="TH SarabunPSK" w:cs="TH SarabunPSK"/>
          <w:sz w:val="16"/>
          <w:szCs w:val="16"/>
          <w:lang w:val="th-TH" w:eastAsia="th-TH" w:bidi="th-TH"/>
        </w:rPr>
      </w:pP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เรียน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ประธานศูนย์การแข่งขันกิจกรรม............................................................................................</w:t>
      </w:r>
    </w:p>
    <w:p w:rsidR="007C1A10" w:rsidRPr="00E124F0" w:rsidRDefault="007C1A10" w:rsidP="007C1A1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  <w:cs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ตามที่โรงเรียน.......................................................................สังกัด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สำนักงานเขตพื้นที่การศึกษาประถมศึกษาศรีสะเกษ เขต 3</w:t>
      </w:r>
      <w:r>
        <w:rPr>
          <w:rFonts w:ascii="TH SarabunPSK" w:hAnsi="TH SarabunPSK" w:cs="TH SarabunPSK"/>
          <w:sz w:val="32"/>
          <w:szCs w:val="32"/>
          <w:cs/>
          <w:lang w:eastAsia="th-TH"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lang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ได้ลงทะเบียนนักเรียนและครูผู้ฝึกสอนใน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(ระบุกลุ่มสาระ).................................................................................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...</w:t>
      </w: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รหัสกิจกรรม (ID)………………..........……….ชื่อกิจกรรม................................................................................................................</w:t>
      </w:r>
    </w:p>
    <w:p w:rsidR="0007008D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ในการแข่งขันทักษะทางวิชาการ งาน</w:t>
      </w:r>
      <w:proofErr w:type="spellStart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 </w:t>
      </w:r>
      <w:r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นั้น โรงเรียน............................................................ มีความประสงค์ขอเพิ่มชื่อครูผู้ฝึกสอน ดังนี้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9185"/>
      </w:tblGrid>
      <w:tr w:rsidR="0007008D" w:rsidRPr="00A33FF1">
        <w:trPr>
          <w:trHeight w:val="32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ที่</w:t>
            </w: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ชื่อครูผู้ฝึกสอนที่ต้องการเพิ่ม</w:t>
            </w: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7008D" w:rsidRPr="00E124F0" w:rsidRDefault="0000000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ทั้งนี้ให้แนบสำเนาบัตรประจำตัวประชาชนหรือบัตรข้าราชการที่ต้องการเพิ่มแนบท้ายหนังสือฉบับนี้ จึงเรียนมาเพื่อโปรดทราบและพิจารณา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4536"/>
      </w:tblGrid>
      <w:tr w:rsidR="0007008D" w:rsidRPr="00E124F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7008D" w:rsidRPr="00E124F0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ขอแสดงความนับถือ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(...........................................................)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................................................................</w:t>
            </w:r>
          </w:p>
        </w:tc>
      </w:tr>
    </w:tbl>
    <w:p w:rsidR="0007008D" w:rsidRPr="00E124F0" w:rsidRDefault="0007008D">
      <w:pPr>
        <w:rPr>
          <w:rFonts w:ascii="TH SarabunPSK" w:hAnsi="TH SarabunPSK" w:cs="TH SarabunPSK"/>
          <w:sz w:val="32"/>
          <w:szCs w:val="32"/>
        </w:rPr>
        <w:sectPr w:rsidR="0007008D" w:rsidRPr="00E124F0">
          <w:pgSz w:w="11906" w:h="16838"/>
          <w:pgMar w:top="198" w:right="850" w:bottom="198" w:left="850" w:header="720" w:footer="720" w:gutter="0"/>
          <w:cols w:space="720"/>
          <w:docGrid w:linePitch="360"/>
        </w:sectPr>
      </w:pPr>
    </w:p>
    <w:tbl>
      <w:tblPr>
        <w:tblpPr w:leftFromText="180" w:rightFromText="180" w:horzAnchor="margin" w:tblpXSpec="center" w:tblpY="337"/>
        <w:tblW w:w="0" w:type="auto"/>
        <w:tblLayout w:type="fixed"/>
        <w:tblLook w:val="04A0" w:firstRow="1" w:lastRow="0" w:firstColumn="1" w:lastColumn="0" w:noHBand="0" w:noVBand="1"/>
      </w:tblPr>
      <w:tblGrid>
        <w:gridCol w:w="6237"/>
      </w:tblGrid>
      <w:tr w:rsidR="0007008D" w:rsidRPr="00E124F0" w:rsidTr="00A33FF1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008D" w:rsidRPr="00E124F0" w:rsidRDefault="00000000" w:rsidP="00A33FF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b/>
                <w:sz w:val="32"/>
                <w:szCs w:val="32"/>
                <w:lang w:val="th-TH" w:eastAsia="th-TH" w:bidi="th-TH"/>
              </w:rPr>
              <w:lastRenderedPageBreak/>
              <w:t>แบบหนังสือขอเพิ่มนักเรียนที่เข้าร่วมการแข่งขัน</w:t>
            </w: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2268"/>
        <w:gridCol w:w="3798"/>
      </w:tblGrid>
      <w:tr w:rsidR="00A33FF1" w:rsidRPr="00E124F0" w:rsidTr="003263C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FF1" w:rsidRPr="00E124F0" w:rsidRDefault="00A33FF1" w:rsidP="003263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3FF1" w:rsidRPr="00E124F0" w:rsidRDefault="00A33FF1" w:rsidP="003263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ที่ ศธ...................................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FF1" w:rsidRPr="00E124F0" w:rsidRDefault="00A33FF1" w:rsidP="003263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inline distT="0" distB="0" distL="0" distR="0" wp14:anchorId="41903619" wp14:editId="54783B31">
                  <wp:extent cx="648000" cy="648000"/>
                  <wp:effectExtent l="0" t="0" r="0" b="0"/>
                  <wp:docPr id="1306089521" name="Picture 1306089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000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3FF1" w:rsidRPr="00E124F0" w:rsidRDefault="00A33FF1" w:rsidP="003263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3FF1" w:rsidRPr="00E124F0" w:rsidRDefault="00A33FF1" w:rsidP="003263C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โรงเรียน.........................................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ตำบลห้วยตึ๊กชู   อำเภอภูสิงห์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 xml:space="preserve"> 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 xml:space="preserve">     จังหวัดศรีสะเกษ    </w:t>
            </w:r>
            <w:r w:rsidR="004555D1">
              <w:rPr>
                <w:rFonts w:ascii="TH SarabunPSK" w:hAnsi="TH SarabunPSK" w:cs="TH SarabunPSK" w:hint="cs"/>
                <w:sz w:val="32"/>
                <w:szCs w:val="32"/>
                <w:cs/>
                <w:lang w:val="th-TH" w:eastAsia="th-TH" w:bidi="th-TH"/>
              </w:rPr>
              <w:t>33140</w:t>
            </w:r>
          </w:p>
        </w:tc>
      </w:tr>
    </w:tbl>
    <w:p w:rsidR="00A33FF1" w:rsidRDefault="00A33FF1" w:rsidP="00A33FF1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</w:p>
    <w:p w:rsidR="00A33FF1" w:rsidRDefault="00A33FF1" w:rsidP="00A33FF1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 xml:space="preserve">       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วันที่.........เดือน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ตุลาคม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2569</w:t>
      </w:r>
    </w:p>
    <w:p w:rsidR="00A94C09" w:rsidRPr="00A94C09" w:rsidRDefault="00A94C09" w:rsidP="00A33FF1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16"/>
          <w:szCs w:val="16"/>
          <w:lang w:val="th-TH" w:eastAsia="th-TH" w:bidi="th-TH"/>
        </w:rPr>
      </w:pPr>
    </w:p>
    <w:p w:rsidR="00A94C09" w:rsidRDefault="00000000" w:rsidP="007C1A10">
      <w:pPr>
        <w:spacing w:after="0" w:line="240" w:lineRule="auto"/>
        <w:rPr>
          <w:rFonts w:ascii="TH SarabunPSK" w:hAnsi="TH SarabunPSK" w:cs="TH SarabunPSK"/>
          <w:sz w:val="32"/>
          <w:szCs w:val="32"/>
          <w:lang w:val="th-TH" w:eastAsia="th-TH" w:bidi="th-TH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เรื่อง   การขอเปลี่ยนแปลงข้อมูลชื่อ – สกุล ผู้เข้าแข่งขัน </w:t>
      </w:r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งาน</w:t>
      </w:r>
      <w:proofErr w:type="spellStart"/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 w:rsidR="00A94C09"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="00A94C09"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</w:t>
      </w:r>
      <w:r w:rsidR="00A94C09"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</w:p>
    <w:p w:rsidR="00A94C09" w:rsidRPr="00A94C09" w:rsidRDefault="00A94C09" w:rsidP="007C1A10">
      <w:pPr>
        <w:spacing w:after="0" w:line="240" w:lineRule="auto"/>
        <w:rPr>
          <w:rFonts w:ascii="TH SarabunPSK" w:hAnsi="TH SarabunPSK" w:cs="TH SarabunPSK"/>
          <w:sz w:val="16"/>
          <w:szCs w:val="16"/>
          <w:lang w:val="th-TH" w:eastAsia="th-TH" w:bidi="th-TH"/>
        </w:rPr>
      </w:pP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เรียน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ประธานศูนย์การแข่งขันกิจกรรม............................................................................................</w:t>
      </w:r>
    </w:p>
    <w:p w:rsidR="007C1A10" w:rsidRPr="00E124F0" w:rsidRDefault="007C1A10" w:rsidP="007C1A1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  <w:cs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ตามที่โรงเรียน.......................................................................สังกัด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สำนักงานเขตพื้นที่การศึกษาประถมศึกษาศรีสะเกษ เขต 3</w:t>
      </w:r>
      <w:r>
        <w:rPr>
          <w:rFonts w:ascii="TH SarabunPSK" w:hAnsi="TH SarabunPSK" w:cs="TH SarabunPSK"/>
          <w:sz w:val="32"/>
          <w:szCs w:val="32"/>
          <w:cs/>
          <w:lang w:eastAsia="th-TH"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lang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ได้ลงทะเบียนนักเรียนและครูผู้ฝึกสอนใน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(ระบุกลุ่มสาระ).................................................................................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>...</w:t>
      </w:r>
    </w:p>
    <w:p w:rsidR="007C1A10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รหัสกิจกรรม (ID)………………..........……….ชื่อกิจกรรม................................................................................................................</w:t>
      </w:r>
    </w:p>
    <w:p w:rsidR="0007008D" w:rsidRPr="00E124F0" w:rsidRDefault="007C1A10" w:rsidP="007C1A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ในการแข่งขันทักษะทางวิชาการ งาน</w:t>
      </w:r>
      <w:proofErr w:type="spellStart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ศิลป</w:t>
      </w:r>
      <w:proofErr w:type="spellEnd"/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หัตถกรรมนักเรียน </w:t>
      </w:r>
      <w:r>
        <w:rPr>
          <w:rFonts w:ascii="TH SarabunPSK" w:hAnsi="TH SarabunPSK" w:cs="TH SarabunPSK" w:hint="cs"/>
          <w:sz w:val="32"/>
          <w:szCs w:val="32"/>
          <w:cs/>
          <w:lang w:val="th-TH" w:eastAsia="th-TH" w:bidi="th-TH"/>
        </w:rPr>
        <w:t xml:space="preserve">ครั้งที่ 74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 xml:space="preserve">  </w:t>
      </w:r>
      <w:r w:rsidRPr="00E124F0">
        <w:rPr>
          <w:rFonts w:ascii="TH SarabunPSK" w:hAnsi="TH SarabunPSK" w:cs="TH SarabunPSK"/>
          <w:sz w:val="32"/>
          <w:szCs w:val="32"/>
          <w:cs/>
          <w:lang w:val="th-TH" w:eastAsia="th-TH" w:bidi="th-TH"/>
        </w:rPr>
        <w:t>ระดับกลุ่มโรงเรียนห้วยตึ๊กชู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นั้น โรงเรียน............................................................ มีความประสงค์ขอเพิ่มชื่อนักเรียนที่เข้าร่วมการแข่งขัน ดังนี้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9185"/>
      </w:tblGrid>
      <w:tr w:rsidR="0007008D" w:rsidRPr="00A33FF1">
        <w:trPr>
          <w:trHeight w:val="32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ที่</w:t>
            </w: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00000" w:rsidP="00A33FF1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33FF1">
              <w:rPr>
                <w:rFonts w:ascii="TH SarabunPSK" w:eastAsia="Noto Sans Thai" w:hAnsi="TH SarabunPSK" w:cs="TH SarabunPSK" w:hint="cs"/>
                <w:b/>
                <w:sz w:val="32"/>
                <w:szCs w:val="32"/>
                <w:lang w:val="th-TH" w:eastAsia="th-TH" w:bidi="th-TH"/>
              </w:rPr>
              <w:t>ชื่อ – สกุลนักเรียนที่ต้องการเพิ่ม</w:t>
            </w: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008D" w:rsidRPr="00A33FF1">
        <w:trPr>
          <w:trHeight w:val="26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08D" w:rsidRPr="00A33FF1" w:rsidRDefault="0007008D" w:rsidP="00A33FF1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008D" w:rsidRPr="00E124F0" w:rsidRDefault="0007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7008D" w:rsidRPr="00E124F0" w:rsidRDefault="00000000">
      <w:pPr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E124F0">
        <w:rPr>
          <w:rFonts w:ascii="TH SarabunPSK" w:hAnsi="TH SarabunPSK" w:cs="TH SarabunPSK" w:hint="cs"/>
          <w:sz w:val="32"/>
          <w:szCs w:val="32"/>
          <w:lang w:val="th-TH" w:eastAsia="th-TH" w:bidi="th-TH"/>
        </w:rPr>
        <w:t>ทั้งนี้ให้แนบสำเนาบัตรประจำตัวประชาชนหรือบัตรนักเรียนที่ต้องการเพิ่ม แนบท้ายหนังสือฉบับนี้ จึงเรียนมาเพื่อโปรดทราบและพิจารณา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4536"/>
      </w:tblGrid>
      <w:tr w:rsidR="0007008D" w:rsidRPr="00E124F0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7008D" w:rsidRPr="00E124F0" w:rsidRDefault="000700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7008D" w:rsidRPr="00E124F0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t>ขอแสดงความนับถือ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(...........................................................)</w:t>
            </w:r>
            <w:r w:rsidRPr="00E124F0">
              <w:rPr>
                <w:rFonts w:ascii="TH SarabunPSK" w:hAnsi="TH SarabunPSK" w:cs="TH SarabunPSK" w:hint="cs"/>
                <w:sz w:val="32"/>
                <w:szCs w:val="32"/>
                <w:lang w:val="th-TH" w:eastAsia="th-TH" w:bidi="th-TH"/>
              </w:rPr>
              <w:br/>
              <w:t>................................................................</w:t>
            </w:r>
          </w:p>
        </w:tc>
      </w:tr>
    </w:tbl>
    <w:p w:rsidR="002D69D4" w:rsidRPr="00E124F0" w:rsidRDefault="002D69D4">
      <w:pPr>
        <w:rPr>
          <w:rFonts w:ascii="TH SarabunPSK" w:hAnsi="TH SarabunPSK" w:cs="TH SarabunPSK"/>
          <w:sz w:val="32"/>
          <w:szCs w:val="32"/>
        </w:rPr>
      </w:pPr>
    </w:p>
    <w:sectPr w:rsidR="002D69D4" w:rsidRPr="00E124F0" w:rsidSect="00034616">
      <w:pgSz w:w="11906" w:h="16838"/>
      <w:pgMar w:top="198" w:right="850" w:bottom="198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Noto Sans Thai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3939428">
    <w:abstractNumId w:val="8"/>
  </w:num>
  <w:num w:numId="2" w16cid:durableId="640384337">
    <w:abstractNumId w:val="6"/>
  </w:num>
  <w:num w:numId="3" w16cid:durableId="297611818">
    <w:abstractNumId w:val="5"/>
  </w:num>
  <w:num w:numId="4" w16cid:durableId="414278923">
    <w:abstractNumId w:val="4"/>
  </w:num>
  <w:num w:numId="5" w16cid:durableId="117526335">
    <w:abstractNumId w:val="7"/>
  </w:num>
  <w:num w:numId="6" w16cid:durableId="677923684">
    <w:abstractNumId w:val="3"/>
  </w:num>
  <w:num w:numId="7" w16cid:durableId="1904564811">
    <w:abstractNumId w:val="2"/>
  </w:num>
  <w:num w:numId="8" w16cid:durableId="191578933">
    <w:abstractNumId w:val="1"/>
  </w:num>
  <w:num w:numId="9" w16cid:durableId="785194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08D"/>
    <w:rsid w:val="0015074B"/>
    <w:rsid w:val="0029639D"/>
    <w:rsid w:val="002D69D4"/>
    <w:rsid w:val="00326F90"/>
    <w:rsid w:val="004555D1"/>
    <w:rsid w:val="007C1A10"/>
    <w:rsid w:val="00A33FF1"/>
    <w:rsid w:val="00A94C09"/>
    <w:rsid w:val="00AA1D8D"/>
    <w:rsid w:val="00B47730"/>
    <w:rsid w:val="00CB0664"/>
    <w:rsid w:val="00E124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B4FB830-65B0-7845-A99D-E1E26BF7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oto Sans Thai" w:eastAsia="Noto Sans Thai" w:hAnsi="Noto Sans Thai" w:cs="Noto Sans Tha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เอกสารเปลี่ยนและเพิ่มผู้เข้าแข่งขัน ฉบับแก้ไขข้อความได้</vt:lpstr>
    </vt:vector>
  </TitlesOfParts>
  <Manager/>
  <Company/>
  <LinksUpToDate>false</LinksUpToDate>
  <CharactersWithSpaces>9239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เอกสารเปลี่ยนและเพิ่มผู้เข้าแข่งขัน ฉบับแก้ไขข้อความได้</dc:title>
  <dc:subject/>
  <dc:creator>python-docx</dc:creator>
  <cp:keywords/>
  <dc:description>generated by python-docx</dc:description>
  <cp:lastModifiedBy>Microsoft Office User</cp:lastModifiedBy>
  <cp:revision>3</cp:revision>
  <cp:lastPrinted>2026-09-30T08:28:00Z</cp:lastPrinted>
  <dcterms:created xsi:type="dcterms:W3CDTF">2026-09-30T08:28:00Z</dcterms:created>
  <dcterms:modified xsi:type="dcterms:W3CDTF">2026-09-30T08:29:00Z</dcterms:modified>
  <cp:category/>
</cp:coreProperties>
</file>